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9B091" w14:textId="529F7FBD" w:rsidR="005B70BE" w:rsidRDefault="00E42BD9" w:rsidP="002643C2">
      <w:pPr>
        <w:pStyle w:val="Ttulo1"/>
        <w:jc w:val="center"/>
        <w:rPr>
          <w:rFonts w:asciiTheme="minorHAnsi" w:hAnsiTheme="minorHAnsi" w:cstheme="majorHAnsi"/>
          <w:color w:val="000000" w:themeColor="text1"/>
        </w:rPr>
      </w:pPr>
      <w:r w:rsidRPr="002643C2">
        <w:rPr>
          <w:color w:val="000000" w:themeColor="text1"/>
        </w:rPr>
        <w:t xml:space="preserve">REPORTE DE INFORMACIÓN CON ENFOQUE DIFERENCIAL </w:t>
      </w:r>
      <w:r w:rsidRPr="002643C2">
        <w:rPr>
          <w:rFonts w:asciiTheme="minorHAnsi" w:hAnsiTheme="minorHAnsi" w:cstheme="majorHAnsi"/>
          <w:color w:val="000000" w:themeColor="text1"/>
        </w:rPr>
        <w:t>ÉTNICO</w:t>
      </w:r>
    </w:p>
    <w:p w14:paraId="0D2782A5" w14:textId="77777777" w:rsidR="00DE08EE" w:rsidRPr="00DE08EE" w:rsidRDefault="00DE08EE" w:rsidP="00DE08EE"/>
    <w:p w14:paraId="3FCBB0DC" w14:textId="77777777" w:rsidR="005B70BE" w:rsidRPr="00E930E6" w:rsidRDefault="00E42BD9">
      <w:pPr>
        <w:rPr>
          <w:rFonts w:cstheme="majorHAnsi"/>
          <w:color w:val="000000" w:themeColor="text1"/>
          <w:sz w:val="24"/>
          <w:szCs w:val="24"/>
        </w:rPr>
      </w:pPr>
      <w:r w:rsidRPr="00E930E6">
        <w:rPr>
          <w:rFonts w:cstheme="majorHAnsi"/>
          <w:color w:val="000000" w:themeColor="text1"/>
          <w:sz w:val="24"/>
          <w:szCs w:val="24"/>
        </w:rPr>
        <w:t xml:space="preserve">Para fines estadísticos y </w:t>
      </w:r>
      <w:r w:rsidR="002643C2" w:rsidRPr="00E930E6">
        <w:rPr>
          <w:rFonts w:cstheme="majorHAnsi"/>
          <w:color w:val="000000" w:themeColor="text1"/>
          <w:sz w:val="24"/>
          <w:szCs w:val="24"/>
        </w:rPr>
        <w:t>como</w:t>
      </w:r>
      <w:r w:rsidRPr="00E930E6">
        <w:rPr>
          <w:rFonts w:cstheme="majorHAnsi"/>
          <w:color w:val="000000" w:themeColor="text1"/>
          <w:sz w:val="24"/>
          <w:szCs w:val="24"/>
        </w:rPr>
        <w:t xml:space="preserve"> insumo para la generación de política pública, se requiere que diligencie la siguiente información.</w:t>
      </w:r>
    </w:p>
    <w:p w14:paraId="044CB540" w14:textId="77777777" w:rsidR="005B70BE" w:rsidRPr="002643C2" w:rsidRDefault="00E42BD9" w:rsidP="002643C2">
      <w:pPr>
        <w:jc w:val="center"/>
        <w:rPr>
          <w:rFonts w:cstheme="majorHAnsi"/>
          <w:color w:val="000000" w:themeColor="text1"/>
          <w:sz w:val="28"/>
          <w:szCs w:val="28"/>
        </w:rPr>
      </w:pPr>
      <w:r w:rsidRPr="002643C2">
        <w:rPr>
          <w:rFonts w:cstheme="majorHAnsi"/>
          <w:b/>
          <w:color w:val="000000" w:themeColor="text1"/>
          <w:sz w:val="28"/>
          <w:szCs w:val="28"/>
        </w:rPr>
        <w:t>SOCIEDADES O EMPRESAS UNIPERSONALES</w:t>
      </w:r>
    </w:p>
    <w:p w14:paraId="0DD21D1D" w14:textId="10087A55" w:rsidR="00E930E6" w:rsidRPr="00E930E6" w:rsidRDefault="00E42BD9">
      <w:pPr>
        <w:rPr>
          <w:rFonts w:cstheme="majorHAnsi"/>
          <w:color w:val="000000" w:themeColor="text1"/>
          <w:sz w:val="24"/>
          <w:szCs w:val="24"/>
        </w:rPr>
      </w:pPr>
      <w:r w:rsidRPr="00E930E6">
        <w:rPr>
          <w:rFonts w:cstheme="majorHAnsi"/>
          <w:color w:val="000000" w:themeColor="text1"/>
          <w:sz w:val="24"/>
          <w:szCs w:val="24"/>
        </w:rPr>
        <w:t>1. ¿Cuenta con participación de personas pertenecientes a grupos étnicos en su capital social</w:t>
      </w:r>
      <w:r w:rsidR="00BE59F2" w:rsidRPr="00E930E6">
        <w:rPr>
          <w:rFonts w:cstheme="majorHAnsi"/>
          <w:color w:val="000000" w:themeColor="text1"/>
          <w:sz w:val="24"/>
          <w:szCs w:val="24"/>
        </w:rPr>
        <w:t xml:space="preserve">? </w:t>
      </w:r>
      <w:r w:rsidRPr="00E930E6">
        <w:rPr>
          <w:rFonts w:cstheme="majorHAnsi"/>
          <w:color w:val="000000" w:themeColor="text1"/>
          <w:sz w:val="24"/>
          <w:szCs w:val="24"/>
        </w:rPr>
        <w:t>No ___   Sí ___</w:t>
      </w:r>
    </w:p>
    <w:p w14:paraId="50B3923D" w14:textId="77777777" w:rsidR="00E930E6" w:rsidRPr="00E930E6" w:rsidRDefault="00E930E6">
      <w:pPr>
        <w:rPr>
          <w:rFonts w:cstheme="majorHAnsi"/>
          <w:color w:val="000000" w:themeColor="text1"/>
          <w:sz w:val="24"/>
          <w:szCs w:val="24"/>
        </w:rPr>
      </w:pPr>
    </w:p>
    <w:p w14:paraId="13FE0A8D" w14:textId="77777777" w:rsidR="005B70BE" w:rsidRPr="00E930E6" w:rsidRDefault="00E42BD9">
      <w:pPr>
        <w:rPr>
          <w:rFonts w:cstheme="majorHAnsi"/>
          <w:color w:val="000000" w:themeColor="text1"/>
          <w:sz w:val="24"/>
          <w:szCs w:val="24"/>
        </w:rPr>
      </w:pPr>
      <w:r w:rsidRPr="00E930E6">
        <w:rPr>
          <w:rFonts w:cstheme="majorHAnsi"/>
          <w:color w:val="000000" w:themeColor="text1"/>
          <w:sz w:val="24"/>
          <w:szCs w:val="24"/>
        </w:rPr>
        <w:t>Si su respuesta fue afirmativa, indique el porcentaje de participación por grupo étnico:</w:t>
      </w:r>
    </w:p>
    <w:p w14:paraId="13E77547" w14:textId="77777777" w:rsidR="005B70BE" w:rsidRPr="00E930E6" w:rsidRDefault="00E42BD9">
      <w:pPr>
        <w:rPr>
          <w:rFonts w:cstheme="majorHAnsi"/>
          <w:color w:val="000000" w:themeColor="text1"/>
          <w:sz w:val="24"/>
          <w:szCs w:val="24"/>
        </w:rPr>
      </w:pPr>
      <w:r w:rsidRPr="00E930E6">
        <w:rPr>
          <w:rFonts w:cstheme="majorHAnsi"/>
          <w:color w:val="000000" w:themeColor="text1"/>
          <w:sz w:val="24"/>
          <w:szCs w:val="24"/>
        </w:rPr>
        <w:t>Gitano/a (ROM): ___%</w:t>
      </w:r>
      <w:r w:rsidRPr="00E930E6">
        <w:rPr>
          <w:rFonts w:cstheme="majorHAnsi"/>
          <w:color w:val="000000" w:themeColor="text1"/>
          <w:sz w:val="24"/>
          <w:szCs w:val="24"/>
        </w:rPr>
        <w:br/>
        <w:t>Raizal: ___%</w:t>
      </w:r>
      <w:r w:rsidRPr="00E930E6">
        <w:rPr>
          <w:rFonts w:cstheme="majorHAnsi"/>
          <w:color w:val="000000" w:themeColor="text1"/>
          <w:sz w:val="24"/>
          <w:szCs w:val="24"/>
        </w:rPr>
        <w:br/>
        <w:t>Palenquero/a: ___%</w:t>
      </w:r>
      <w:r w:rsidRPr="00E930E6">
        <w:rPr>
          <w:rFonts w:cstheme="majorHAnsi"/>
          <w:color w:val="000000" w:themeColor="text1"/>
          <w:sz w:val="24"/>
          <w:szCs w:val="24"/>
        </w:rPr>
        <w:br/>
        <w:t>Negro/a: ___%</w:t>
      </w:r>
      <w:r w:rsidRPr="00E930E6">
        <w:rPr>
          <w:rFonts w:cstheme="majorHAnsi"/>
          <w:color w:val="000000" w:themeColor="text1"/>
          <w:sz w:val="24"/>
          <w:szCs w:val="24"/>
        </w:rPr>
        <w:br/>
        <w:t>Afrodescendiente: ___%</w:t>
      </w:r>
      <w:r w:rsidRPr="00E930E6">
        <w:rPr>
          <w:rFonts w:cstheme="majorHAnsi"/>
          <w:color w:val="000000" w:themeColor="text1"/>
          <w:sz w:val="24"/>
          <w:szCs w:val="24"/>
        </w:rPr>
        <w:br/>
        <w:t>Indígena: ___%</w:t>
      </w:r>
      <w:r w:rsidRPr="00E930E6">
        <w:rPr>
          <w:rFonts w:cstheme="majorHAnsi"/>
          <w:color w:val="000000" w:themeColor="text1"/>
          <w:sz w:val="24"/>
          <w:szCs w:val="24"/>
        </w:rPr>
        <w:br/>
        <w:t>Comunidad indígena (si aplica): ___________________</w:t>
      </w:r>
    </w:p>
    <w:p w14:paraId="318AE528" w14:textId="55F30A0F" w:rsidR="005B70BE" w:rsidRPr="00E930E6" w:rsidRDefault="00E42BD9">
      <w:pPr>
        <w:rPr>
          <w:rFonts w:cstheme="majorHAnsi"/>
          <w:color w:val="000000" w:themeColor="text1"/>
          <w:sz w:val="24"/>
          <w:szCs w:val="24"/>
        </w:rPr>
      </w:pPr>
      <w:r w:rsidRPr="00E930E6">
        <w:rPr>
          <w:rFonts w:cstheme="majorHAnsi"/>
          <w:color w:val="000000" w:themeColor="text1"/>
          <w:sz w:val="24"/>
          <w:szCs w:val="24"/>
        </w:rPr>
        <w:t>2. ¿Cuenta con empleados pertenecientes a grupos étnicos</w:t>
      </w:r>
      <w:r w:rsidR="00BE59F2" w:rsidRPr="00E930E6">
        <w:rPr>
          <w:rFonts w:cstheme="majorHAnsi"/>
          <w:color w:val="000000" w:themeColor="text1"/>
          <w:sz w:val="24"/>
          <w:szCs w:val="24"/>
        </w:rPr>
        <w:t xml:space="preserve">? </w:t>
      </w:r>
      <w:r w:rsidRPr="00E930E6">
        <w:rPr>
          <w:rFonts w:cstheme="majorHAnsi"/>
          <w:color w:val="000000" w:themeColor="text1"/>
          <w:sz w:val="24"/>
          <w:szCs w:val="24"/>
        </w:rPr>
        <w:t>No ___   Sí ___</w:t>
      </w:r>
    </w:p>
    <w:p w14:paraId="38860A7F" w14:textId="77777777" w:rsidR="00E930E6" w:rsidRPr="00E930E6" w:rsidRDefault="00E930E6">
      <w:pPr>
        <w:rPr>
          <w:rFonts w:cstheme="majorHAnsi"/>
          <w:color w:val="000000" w:themeColor="text1"/>
          <w:sz w:val="24"/>
          <w:szCs w:val="24"/>
        </w:rPr>
      </w:pPr>
    </w:p>
    <w:p w14:paraId="094D713F" w14:textId="77777777" w:rsidR="005B70BE" w:rsidRPr="00E930E6" w:rsidRDefault="00E42BD9">
      <w:pPr>
        <w:rPr>
          <w:rFonts w:cstheme="majorHAnsi"/>
          <w:color w:val="000000" w:themeColor="text1"/>
          <w:sz w:val="24"/>
          <w:szCs w:val="24"/>
        </w:rPr>
      </w:pPr>
      <w:r w:rsidRPr="00E930E6">
        <w:rPr>
          <w:rFonts w:cstheme="majorHAnsi"/>
          <w:color w:val="000000" w:themeColor="text1"/>
          <w:sz w:val="24"/>
          <w:szCs w:val="24"/>
        </w:rPr>
        <w:t>Indique el número de empleados por grupo étnico:</w:t>
      </w:r>
    </w:p>
    <w:p w14:paraId="7AFE3FD2" w14:textId="77777777" w:rsidR="005B70BE" w:rsidRPr="00E930E6" w:rsidRDefault="00E42BD9">
      <w:pPr>
        <w:rPr>
          <w:rFonts w:cstheme="majorHAnsi"/>
          <w:color w:val="000000" w:themeColor="text1"/>
          <w:sz w:val="24"/>
          <w:szCs w:val="24"/>
        </w:rPr>
      </w:pPr>
      <w:r w:rsidRPr="00E930E6">
        <w:rPr>
          <w:rFonts w:cstheme="majorHAnsi"/>
          <w:color w:val="000000" w:themeColor="text1"/>
          <w:sz w:val="24"/>
          <w:szCs w:val="24"/>
        </w:rPr>
        <w:t>Gitano/a (ROM): ___</w:t>
      </w:r>
      <w:r w:rsidRPr="00E930E6">
        <w:rPr>
          <w:rFonts w:cstheme="majorHAnsi"/>
          <w:color w:val="000000" w:themeColor="text1"/>
          <w:sz w:val="24"/>
          <w:szCs w:val="24"/>
        </w:rPr>
        <w:br/>
        <w:t>Raizal: ___</w:t>
      </w:r>
      <w:r w:rsidRPr="00E930E6">
        <w:rPr>
          <w:rFonts w:cstheme="majorHAnsi"/>
          <w:color w:val="000000" w:themeColor="text1"/>
          <w:sz w:val="24"/>
          <w:szCs w:val="24"/>
        </w:rPr>
        <w:br/>
        <w:t>Palenquero/a: ___</w:t>
      </w:r>
      <w:r w:rsidRPr="00E930E6">
        <w:rPr>
          <w:rFonts w:cstheme="majorHAnsi"/>
          <w:color w:val="000000" w:themeColor="text1"/>
          <w:sz w:val="24"/>
          <w:szCs w:val="24"/>
        </w:rPr>
        <w:br/>
        <w:t>Negro/a: ___</w:t>
      </w:r>
      <w:r w:rsidRPr="00E930E6">
        <w:rPr>
          <w:rFonts w:cstheme="majorHAnsi"/>
          <w:color w:val="000000" w:themeColor="text1"/>
          <w:sz w:val="24"/>
          <w:szCs w:val="24"/>
        </w:rPr>
        <w:br/>
        <w:t>Afrodescendiente: ___</w:t>
      </w:r>
      <w:r w:rsidRPr="00E930E6">
        <w:rPr>
          <w:rFonts w:cstheme="majorHAnsi"/>
          <w:color w:val="000000" w:themeColor="text1"/>
          <w:sz w:val="24"/>
          <w:szCs w:val="24"/>
        </w:rPr>
        <w:br/>
        <w:t>Indígena: ___</w:t>
      </w:r>
      <w:r w:rsidRPr="00E930E6">
        <w:rPr>
          <w:rFonts w:cstheme="majorHAnsi"/>
          <w:color w:val="000000" w:themeColor="text1"/>
          <w:sz w:val="24"/>
          <w:szCs w:val="24"/>
        </w:rPr>
        <w:br/>
        <w:t>Comunidad indígena (si aplica): ___________________</w:t>
      </w:r>
    </w:p>
    <w:p w14:paraId="06E35580" w14:textId="77777777" w:rsidR="00E930E6" w:rsidRDefault="00E930E6">
      <w:pPr>
        <w:rPr>
          <w:rFonts w:cstheme="majorHAnsi"/>
          <w:color w:val="000000" w:themeColor="text1"/>
        </w:rPr>
      </w:pPr>
    </w:p>
    <w:p w14:paraId="5A53CCDD" w14:textId="77777777" w:rsidR="00E930E6" w:rsidRDefault="00E930E6">
      <w:pPr>
        <w:rPr>
          <w:rFonts w:cstheme="majorHAnsi"/>
          <w:color w:val="000000" w:themeColor="text1"/>
        </w:rPr>
      </w:pPr>
    </w:p>
    <w:p w14:paraId="5BE7316B" w14:textId="77777777" w:rsidR="00E930E6" w:rsidRDefault="00E930E6">
      <w:pPr>
        <w:rPr>
          <w:rFonts w:cstheme="majorHAnsi"/>
          <w:color w:val="000000" w:themeColor="text1"/>
        </w:rPr>
      </w:pPr>
    </w:p>
    <w:p w14:paraId="4F5FCEBB" w14:textId="77777777" w:rsidR="00E930E6" w:rsidRPr="00E930E6" w:rsidRDefault="00E930E6">
      <w:pPr>
        <w:rPr>
          <w:rFonts w:cstheme="majorHAnsi"/>
          <w:color w:val="000000" w:themeColor="text1"/>
          <w:sz w:val="24"/>
          <w:szCs w:val="24"/>
        </w:rPr>
      </w:pPr>
    </w:p>
    <w:p w14:paraId="298AB540" w14:textId="7A3289C9" w:rsidR="005B70BE" w:rsidRPr="00E930E6" w:rsidRDefault="00E42BD9">
      <w:pPr>
        <w:rPr>
          <w:rFonts w:cstheme="majorHAnsi"/>
          <w:color w:val="000000" w:themeColor="text1"/>
          <w:sz w:val="24"/>
          <w:szCs w:val="24"/>
        </w:rPr>
      </w:pPr>
      <w:r w:rsidRPr="00E930E6">
        <w:rPr>
          <w:rFonts w:cstheme="majorHAnsi"/>
          <w:color w:val="000000" w:themeColor="text1"/>
          <w:sz w:val="24"/>
          <w:szCs w:val="24"/>
        </w:rPr>
        <w:lastRenderedPageBreak/>
        <w:t>3. ¿Cuenta con participación en cargos directivos</w:t>
      </w:r>
      <w:r w:rsidR="00BE59F2" w:rsidRPr="00E930E6">
        <w:rPr>
          <w:rFonts w:cstheme="majorHAnsi"/>
          <w:color w:val="000000" w:themeColor="text1"/>
          <w:sz w:val="24"/>
          <w:szCs w:val="24"/>
        </w:rPr>
        <w:t xml:space="preserve">? </w:t>
      </w:r>
      <w:r w:rsidRPr="00E930E6">
        <w:rPr>
          <w:rFonts w:cstheme="majorHAnsi"/>
          <w:color w:val="000000" w:themeColor="text1"/>
          <w:sz w:val="24"/>
          <w:szCs w:val="24"/>
        </w:rPr>
        <w:t>No ___   Sí ___</w:t>
      </w:r>
    </w:p>
    <w:p w14:paraId="49581F82" w14:textId="77777777" w:rsidR="005B70BE" w:rsidRPr="00E930E6" w:rsidRDefault="00E42BD9">
      <w:pPr>
        <w:rPr>
          <w:rFonts w:cstheme="majorHAnsi"/>
          <w:color w:val="000000" w:themeColor="text1"/>
          <w:sz w:val="24"/>
          <w:szCs w:val="24"/>
        </w:rPr>
      </w:pPr>
      <w:r w:rsidRPr="00E930E6">
        <w:rPr>
          <w:rFonts w:cstheme="majorHAnsi"/>
          <w:color w:val="000000" w:themeColor="text1"/>
          <w:sz w:val="24"/>
          <w:szCs w:val="24"/>
        </w:rPr>
        <w:t>Número total de cargos directivos: _______</w:t>
      </w:r>
    </w:p>
    <w:p w14:paraId="54BD8E19" w14:textId="77777777" w:rsidR="005B70BE" w:rsidRPr="00E930E6" w:rsidRDefault="00E42BD9">
      <w:pPr>
        <w:rPr>
          <w:rFonts w:cstheme="majorHAnsi"/>
          <w:color w:val="000000" w:themeColor="text1"/>
          <w:sz w:val="24"/>
          <w:szCs w:val="24"/>
        </w:rPr>
      </w:pPr>
      <w:r w:rsidRPr="00E930E6">
        <w:rPr>
          <w:rFonts w:cstheme="majorHAnsi"/>
          <w:color w:val="000000" w:themeColor="text1"/>
          <w:sz w:val="24"/>
          <w:szCs w:val="24"/>
        </w:rPr>
        <w:t>Detalle por grupo étnico:</w:t>
      </w:r>
      <w:r w:rsidRPr="00E930E6">
        <w:rPr>
          <w:rFonts w:cstheme="majorHAnsi"/>
          <w:color w:val="000000" w:themeColor="text1"/>
          <w:sz w:val="24"/>
          <w:szCs w:val="24"/>
        </w:rPr>
        <w:br/>
        <w:t>Gitano/a (ROM): ___</w:t>
      </w:r>
      <w:r w:rsidRPr="00E930E6">
        <w:rPr>
          <w:rFonts w:cstheme="majorHAnsi"/>
          <w:color w:val="000000" w:themeColor="text1"/>
          <w:sz w:val="24"/>
          <w:szCs w:val="24"/>
        </w:rPr>
        <w:br/>
        <w:t>Raizal: ___</w:t>
      </w:r>
      <w:r w:rsidRPr="00E930E6">
        <w:rPr>
          <w:rFonts w:cstheme="majorHAnsi"/>
          <w:color w:val="000000" w:themeColor="text1"/>
          <w:sz w:val="24"/>
          <w:szCs w:val="24"/>
        </w:rPr>
        <w:br/>
        <w:t>Palenquero/a: ___</w:t>
      </w:r>
      <w:r w:rsidRPr="00E930E6">
        <w:rPr>
          <w:rFonts w:cstheme="majorHAnsi"/>
          <w:color w:val="000000" w:themeColor="text1"/>
          <w:sz w:val="24"/>
          <w:szCs w:val="24"/>
        </w:rPr>
        <w:br/>
        <w:t>Negro/a: ___</w:t>
      </w:r>
      <w:r w:rsidRPr="00E930E6">
        <w:rPr>
          <w:rFonts w:cstheme="majorHAnsi"/>
          <w:color w:val="000000" w:themeColor="text1"/>
          <w:sz w:val="24"/>
          <w:szCs w:val="24"/>
        </w:rPr>
        <w:br/>
        <w:t>Afrodescendiente: ___</w:t>
      </w:r>
      <w:r w:rsidRPr="00E930E6">
        <w:rPr>
          <w:rFonts w:cstheme="majorHAnsi"/>
          <w:color w:val="000000" w:themeColor="text1"/>
          <w:sz w:val="24"/>
          <w:szCs w:val="24"/>
        </w:rPr>
        <w:br/>
        <w:t>Indígena: ___</w:t>
      </w:r>
      <w:r w:rsidRPr="00E930E6">
        <w:rPr>
          <w:rFonts w:cstheme="majorHAnsi"/>
          <w:color w:val="000000" w:themeColor="text1"/>
          <w:sz w:val="24"/>
          <w:szCs w:val="24"/>
        </w:rPr>
        <w:br/>
        <w:t>Comunidad indígena (si aplica): ___________________</w:t>
      </w:r>
    </w:p>
    <w:p w14:paraId="0701470D" w14:textId="77777777" w:rsidR="00E930E6" w:rsidRPr="00E930E6" w:rsidRDefault="00E930E6">
      <w:pPr>
        <w:rPr>
          <w:rFonts w:cstheme="majorHAnsi"/>
          <w:color w:val="000000" w:themeColor="text1"/>
          <w:sz w:val="24"/>
          <w:szCs w:val="24"/>
        </w:rPr>
      </w:pPr>
    </w:p>
    <w:p w14:paraId="570F7BC3" w14:textId="77777777" w:rsidR="00E930E6" w:rsidRPr="00083C19" w:rsidRDefault="00E930E6" w:rsidP="00E930E6">
      <w:pPr>
        <w:spacing w:before="100" w:beforeAutospacing="1" w:after="100" w:afterAutospacing="1"/>
        <w:jc w:val="both"/>
        <w:rPr>
          <w:rFonts w:eastAsiaTheme="minorHAnsi"/>
          <w:b/>
          <w:kern w:val="2"/>
          <w:sz w:val="24"/>
          <w:szCs w:val="24"/>
          <w14:ligatures w14:val="standardContextual"/>
        </w:rPr>
      </w:pPr>
      <w:r w:rsidRPr="00E930E6">
        <w:rPr>
          <w:rFonts w:ascii="Segoe UI" w:eastAsia="Times New Roman" w:hAnsi="Segoe UI" w:cs="Segoe UI"/>
          <w:sz w:val="24"/>
          <w:szCs w:val="24"/>
          <w:lang w:eastAsia="es-CO"/>
        </w:rPr>
        <w:t> </w:t>
      </w:r>
      <w:r w:rsidRPr="00083C19">
        <w:rPr>
          <w:rFonts w:eastAsiaTheme="minorHAnsi"/>
          <w:b/>
          <w:kern w:val="2"/>
          <w:sz w:val="24"/>
          <w:szCs w:val="24"/>
          <w14:ligatures w14:val="standardContextual"/>
        </w:rPr>
        <w:t>La información antes suministrada hace parte del trámite solicitad</w:t>
      </w:r>
      <w:r w:rsidRPr="00E930E6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o (matricula o renovación) y se </w:t>
      </w:r>
      <w:r w:rsidRPr="00083C19">
        <w:rPr>
          <w:rFonts w:eastAsiaTheme="minorHAnsi"/>
          <w:b/>
          <w:kern w:val="2"/>
          <w:sz w:val="24"/>
          <w:szCs w:val="24"/>
          <w14:ligatures w14:val="standardContextual"/>
        </w:rPr>
        <w:t>entiende firmado con la suscripción del formulario RUES.</w:t>
      </w:r>
    </w:p>
    <w:p w14:paraId="080BD0F8" w14:textId="77777777" w:rsidR="00E930E6" w:rsidRPr="002643C2" w:rsidRDefault="00E930E6">
      <w:pPr>
        <w:rPr>
          <w:rFonts w:cstheme="majorHAnsi"/>
          <w:color w:val="000000" w:themeColor="text1"/>
        </w:rPr>
      </w:pPr>
    </w:p>
    <w:sectPr w:rsidR="00E930E6" w:rsidRPr="002643C2" w:rsidSect="002643C2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3128556">
    <w:abstractNumId w:val="8"/>
  </w:num>
  <w:num w:numId="2" w16cid:durableId="393116159">
    <w:abstractNumId w:val="6"/>
  </w:num>
  <w:num w:numId="3" w16cid:durableId="1573195349">
    <w:abstractNumId w:val="5"/>
  </w:num>
  <w:num w:numId="4" w16cid:durableId="1816070511">
    <w:abstractNumId w:val="4"/>
  </w:num>
  <w:num w:numId="5" w16cid:durableId="1225290662">
    <w:abstractNumId w:val="7"/>
  </w:num>
  <w:num w:numId="6" w16cid:durableId="1780449138">
    <w:abstractNumId w:val="3"/>
  </w:num>
  <w:num w:numId="7" w16cid:durableId="1627547274">
    <w:abstractNumId w:val="2"/>
  </w:num>
  <w:num w:numId="8" w16cid:durableId="1377385703">
    <w:abstractNumId w:val="1"/>
  </w:num>
  <w:num w:numId="9" w16cid:durableId="163251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3666"/>
    <w:rsid w:val="00034616"/>
    <w:rsid w:val="0006063C"/>
    <w:rsid w:val="0015074B"/>
    <w:rsid w:val="002643C2"/>
    <w:rsid w:val="0029639D"/>
    <w:rsid w:val="00326F90"/>
    <w:rsid w:val="005B70BE"/>
    <w:rsid w:val="006F6743"/>
    <w:rsid w:val="00AA1D8D"/>
    <w:rsid w:val="00B47730"/>
    <w:rsid w:val="00BE59F2"/>
    <w:rsid w:val="00C065E9"/>
    <w:rsid w:val="00CB0664"/>
    <w:rsid w:val="00DE08EE"/>
    <w:rsid w:val="00E42BD9"/>
    <w:rsid w:val="00E930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C60F08"/>
  <w14:defaultImageDpi w14:val="300"/>
  <w15:docId w15:val="{11ABD1D5-BBCD-403F-9B38-2F14234F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3C2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AA6725-B3F9-4D8F-9279-31C966D5D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Procesos Registro</cp:lastModifiedBy>
  <cp:revision>11</cp:revision>
  <dcterms:created xsi:type="dcterms:W3CDTF">2026-01-27T16:06:00Z</dcterms:created>
  <dcterms:modified xsi:type="dcterms:W3CDTF">2026-02-27T12:39:00Z</dcterms:modified>
  <cp:category/>
</cp:coreProperties>
</file>