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99A14" w14:textId="589DEDA0" w:rsidR="005B25B8" w:rsidRPr="002643C2" w:rsidRDefault="005B25B8" w:rsidP="00B51086">
      <w:pPr>
        <w:pStyle w:val="Ttulo1"/>
        <w:rPr>
          <w:color w:val="000000" w:themeColor="text1"/>
        </w:rPr>
      </w:pPr>
      <w:r w:rsidRPr="002643C2">
        <w:rPr>
          <w:color w:val="000000" w:themeColor="text1"/>
        </w:rPr>
        <w:t>REPORTE DE INFORMACIÓN CON ENFOQUE DIFERENCIAL ÉTNICO</w:t>
      </w:r>
    </w:p>
    <w:p w14:paraId="26889FF3" w14:textId="77777777" w:rsidR="005B25B8" w:rsidRPr="002643C2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Para fines estadísticos y como insumo para la generación de política pública, se requiere que diligencie la siguiente información.</w:t>
      </w:r>
    </w:p>
    <w:p w14:paraId="626CE6F8" w14:textId="77777777" w:rsidR="005B25B8" w:rsidRPr="002643C2" w:rsidRDefault="005B25B8" w:rsidP="005B25B8">
      <w:pPr>
        <w:jc w:val="center"/>
        <w:rPr>
          <w:rFonts w:cstheme="majorHAnsi"/>
          <w:b/>
          <w:color w:val="000000" w:themeColor="text1"/>
          <w:sz w:val="28"/>
          <w:szCs w:val="28"/>
        </w:rPr>
      </w:pPr>
      <w:r w:rsidRPr="002643C2">
        <w:rPr>
          <w:rFonts w:cstheme="majorHAnsi"/>
          <w:b/>
          <w:color w:val="000000" w:themeColor="text1"/>
          <w:sz w:val="28"/>
          <w:szCs w:val="28"/>
        </w:rPr>
        <w:t>ENTIDADES SIN ÁNIMO DE LUCRO O ECONOMÍA SOLIDARIA (ESAL)</w:t>
      </w:r>
    </w:p>
    <w:p w14:paraId="06E5B30E" w14:textId="62B3AC6D" w:rsidR="005B25B8" w:rsidRPr="002643C2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1. ¿Cuenta con asociados o miembros pertenecientes a grupos étnicos</w:t>
      </w:r>
      <w:r w:rsidR="00B51086" w:rsidRPr="002643C2">
        <w:rPr>
          <w:rFonts w:cstheme="majorHAnsi"/>
          <w:color w:val="000000" w:themeColor="text1"/>
        </w:rPr>
        <w:t xml:space="preserve">? </w:t>
      </w:r>
      <w:r w:rsidRPr="002643C2">
        <w:rPr>
          <w:rFonts w:cstheme="majorHAnsi"/>
          <w:color w:val="000000" w:themeColor="text1"/>
        </w:rPr>
        <w:t>No ___   Sí ___</w:t>
      </w:r>
    </w:p>
    <w:p w14:paraId="3512D656" w14:textId="77777777" w:rsidR="005B25B8" w:rsidRPr="002643C2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Indique el número por grupo étnico:</w:t>
      </w:r>
      <w:r w:rsidRPr="002643C2">
        <w:rPr>
          <w:rFonts w:cstheme="majorHAnsi"/>
          <w:color w:val="000000" w:themeColor="text1"/>
        </w:rPr>
        <w:br/>
        <w:t>Gitano/a (ROM): ___</w:t>
      </w:r>
      <w:r w:rsidRPr="002643C2">
        <w:rPr>
          <w:rFonts w:cstheme="majorHAnsi"/>
          <w:color w:val="000000" w:themeColor="text1"/>
        </w:rPr>
        <w:br/>
        <w:t>Raizal: ___</w:t>
      </w:r>
      <w:r w:rsidRPr="002643C2">
        <w:rPr>
          <w:rFonts w:cstheme="majorHAnsi"/>
          <w:color w:val="000000" w:themeColor="text1"/>
        </w:rPr>
        <w:br/>
        <w:t>Palenquero/a: ___</w:t>
      </w:r>
      <w:r w:rsidRPr="002643C2">
        <w:rPr>
          <w:rFonts w:cstheme="majorHAnsi"/>
          <w:color w:val="000000" w:themeColor="text1"/>
        </w:rPr>
        <w:br/>
        <w:t>Negro/a: ___</w:t>
      </w:r>
      <w:r w:rsidRPr="002643C2">
        <w:rPr>
          <w:rFonts w:cstheme="majorHAnsi"/>
          <w:color w:val="000000" w:themeColor="text1"/>
        </w:rPr>
        <w:br/>
        <w:t>Afrodescendiente: ___</w:t>
      </w:r>
      <w:r w:rsidRPr="002643C2">
        <w:rPr>
          <w:rFonts w:cstheme="majorHAnsi"/>
          <w:color w:val="000000" w:themeColor="text1"/>
        </w:rPr>
        <w:br/>
        <w:t>Indígena: ___</w:t>
      </w:r>
      <w:r w:rsidRPr="002643C2">
        <w:rPr>
          <w:rFonts w:cstheme="majorHAnsi"/>
          <w:color w:val="000000" w:themeColor="text1"/>
        </w:rPr>
        <w:br/>
        <w:t>Comunidad indígena (si aplica): ___________________</w:t>
      </w:r>
    </w:p>
    <w:p w14:paraId="2EB56833" w14:textId="459F9840" w:rsidR="005B25B8" w:rsidRPr="002643C2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2. ¿Cuenta con empleados pertenecientes a grupos étnicos</w:t>
      </w:r>
      <w:r w:rsidR="00B51086" w:rsidRPr="002643C2">
        <w:rPr>
          <w:rFonts w:cstheme="majorHAnsi"/>
          <w:color w:val="000000" w:themeColor="text1"/>
        </w:rPr>
        <w:t xml:space="preserve">? </w:t>
      </w:r>
      <w:r w:rsidRPr="002643C2">
        <w:rPr>
          <w:rFonts w:cstheme="majorHAnsi"/>
          <w:color w:val="000000" w:themeColor="text1"/>
        </w:rPr>
        <w:t>No ___   Sí ___</w:t>
      </w:r>
    </w:p>
    <w:p w14:paraId="006B46E5" w14:textId="77777777" w:rsidR="005B25B8" w:rsidRPr="002643C2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Número de empleados por grupo étnico:</w:t>
      </w:r>
      <w:r w:rsidRPr="002643C2">
        <w:rPr>
          <w:rFonts w:cstheme="majorHAnsi"/>
          <w:color w:val="000000" w:themeColor="text1"/>
        </w:rPr>
        <w:br/>
        <w:t>Gitano/a (ROM): ___</w:t>
      </w:r>
      <w:r w:rsidRPr="002643C2">
        <w:rPr>
          <w:rFonts w:cstheme="majorHAnsi"/>
          <w:color w:val="000000" w:themeColor="text1"/>
        </w:rPr>
        <w:br/>
        <w:t>Raizal: ___</w:t>
      </w:r>
      <w:r w:rsidRPr="002643C2">
        <w:rPr>
          <w:rFonts w:cstheme="majorHAnsi"/>
          <w:color w:val="000000" w:themeColor="text1"/>
        </w:rPr>
        <w:br/>
        <w:t>Palenquero/a: ___</w:t>
      </w:r>
      <w:r w:rsidRPr="002643C2">
        <w:rPr>
          <w:rFonts w:cstheme="majorHAnsi"/>
          <w:color w:val="000000" w:themeColor="text1"/>
        </w:rPr>
        <w:br/>
        <w:t>Negro/a: ___</w:t>
      </w:r>
      <w:r w:rsidRPr="002643C2">
        <w:rPr>
          <w:rFonts w:cstheme="majorHAnsi"/>
          <w:color w:val="000000" w:themeColor="text1"/>
        </w:rPr>
        <w:br/>
        <w:t>Afrodescendiente: ___</w:t>
      </w:r>
      <w:r w:rsidRPr="002643C2">
        <w:rPr>
          <w:rFonts w:cstheme="majorHAnsi"/>
          <w:color w:val="000000" w:themeColor="text1"/>
        </w:rPr>
        <w:br/>
        <w:t>Indígena: ___</w:t>
      </w:r>
      <w:r w:rsidRPr="002643C2">
        <w:rPr>
          <w:rFonts w:cstheme="majorHAnsi"/>
          <w:color w:val="000000" w:themeColor="text1"/>
        </w:rPr>
        <w:br/>
        <w:t>Comunidad indígena (si aplica): ___________________</w:t>
      </w:r>
    </w:p>
    <w:p w14:paraId="2E8B74EB" w14:textId="2F5248B2" w:rsidR="005B25B8" w:rsidRPr="002643C2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3. ¿Cuenta con participación en cargos directivos</w:t>
      </w:r>
      <w:r w:rsidR="00B51086" w:rsidRPr="002643C2">
        <w:rPr>
          <w:rFonts w:cstheme="majorHAnsi"/>
          <w:color w:val="000000" w:themeColor="text1"/>
        </w:rPr>
        <w:t xml:space="preserve">? </w:t>
      </w:r>
      <w:r w:rsidRPr="002643C2">
        <w:rPr>
          <w:rFonts w:cstheme="majorHAnsi"/>
          <w:color w:val="000000" w:themeColor="text1"/>
        </w:rPr>
        <w:t>No ___   Sí ___</w:t>
      </w:r>
    </w:p>
    <w:p w14:paraId="371117EA" w14:textId="77777777" w:rsidR="00897BAC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Número total de cargos directivos: _______</w:t>
      </w:r>
    </w:p>
    <w:p w14:paraId="25CF485C" w14:textId="77777777" w:rsidR="005B70BE" w:rsidRDefault="005B25B8" w:rsidP="005B25B8">
      <w:pPr>
        <w:rPr>
          <w:rFonts w:cstheme="majorHAnsi"/>
          <w:color w:val="000000" w:themeColor="text1"/>
        </w:rPr>
      </w:pPr>
      <w:r w:rsidRPr="002643C2">
        <w:rPr>
          <w:rFonts w:cstheme="majorHAnsi"/>
          <w:color w:val="000000" w:themeColor="text1"/>
        </w:rPr>
        <w:t>Detalle por grupo étnico:</w:t>
      </w:r>
      <w:r w:rsidRPr="002643C2">
        <w:rPr>
          <w:rFonts w:cstheme="majorHAnsi"/>
          <w:color w:val="000000" w:themeColor="text1"/>
        </w:rPr>
        <w:br/>
        <w:t>Gitano/a (ROM): ___</w:t>
      </w:r>
      <w:r w:rsidRPr="002643C2">
        <w:rPr>
          <w:rFonts w:cstheme="majorHAnsi"/>
          <w:color w:val="000000" w:themeColor="text1"/>
        </w:rPr>
        <w:br/>
        <w:t>Raizal: ___</w:t>
      </w:r>
      <w:r w:rsidRPr="002643C2">
        <w:rPr>
          <w:rFonts w:cstheme="majorHAnsi"/>
          <w:color w:val="000000" w:themeColor="text1"/>
        </w:rPr>
        <w:br/>
        <w:t>Palenquero/a: ___</w:t>
      </w:r>
      <w:r w:rsidRPr="002643C2">
        <w:rPr>
          <w:rFonts w:cstheme="majorHAnsi"/>
          <w:color w:val="000000" w:themeColor="text1"/>
        </w:rPr>
        <w:br/>
        <w:t>Negro/a: ___</w:t>
      </w:r>
      <w:r w:rsidRPr="002643C2">
        <w:rPr>
          <w:rFonts w:cstheme="majorHAnsi"/>
          <w:color w:val="000000" w:themeColor="text1"/>
        </w:rPr>
        <w:br/>
        <w:t>Afrodescendiente: ___</w:t>
      </w:r>
      <w:r w:rsidRPr="002643C2">
        <w:rPr>
          <w:rFonts w:cstheme="majorHAnsi"/>
          <w:color w:val="000000" w:themeColor="text1"/>
        </w:rPr>
        <w:br/>
        <w:t>Indígena: ___</w:t>
      </w:r>
      <w:r w:rsidRPr="002643C2">
        <w:rPr>
          <w:rFonts w:cstheme="majorHAnsi"/>
          <w:color w:val="000000" w:themeColor="text1"/>
        </w:rPr>
        <w:br/>
        <w:t xml:space="preserve">Comunidad indígena </w:t>
      </w:r>
      <w:r>
        <w:rPr>
          <w:rFonts w:cstheme="majorHAnsi"/>
          <w:color w:val="000000" w:themeColor="text1"/>
        </w:rPr>
        <w:t xml:space="preserve">(si aplica): </w:t>
      </w:r>
      <w:r w:rsidRPr="002643C2">
        <w:rPr>
          <w:rFonts w:cstheme="majorHAnsi"/>
          <w:color w:val="000000" w:themeColor="text1"/>
        </w:rPr>
        <w:t>___________________</w:t>
      </w:r>
    </w:p>
    <w:p w14:paraId="5442E486" w14:textId="3DB20278" w:rsidR="00897BAC" w:rsidRPr="00B51086" w:rsidRDefault="00897BAC" w:rsidP="00B51086">
      <w:pPr>
        <w:spacing w:before="100" w:beforeAutospacing="1" w:after="100" w:afterAutospacing="1"/>
        <w:jc w:val="both"/>
        <w:rPr>
          <w:rFonts w:eastAsiaTheme="minorHAnsi"/>
          <w:b/>
          <w:kern w:val="2"/>
          <w14:ligatures w14:val="standardContextual"/>
        </w:rPr>
      </w:pPr>
      <w:r w:rsidRPr="00083C19">
        <w:rPr>
          <w:rFonts w:ascii="Segoe UI" w:eastAsia="Times New Roman" w:hAnsi="Segoe UI" w:cs="Segoe UI"/>
          <w:sz w:val="21"/>
          <w:szCs w:val="21"/>
          <w:lang w:eastAsia="es-CO"/>
        </w:rPr>
        <w:t> </w:t>
      </w:r>
      <w:r w:rsidRPr="00083C19">
        <w:rPr>
          <w:rFonts w:eastAsiaTheme="minorHAnsi"/>
          <w:b/>
          <w:kern w:val="2"/>
          <w14:ligatures w14:val="standardContextual"/>
        </w:rPr>
        <w:t>La información antes suministrada hace parte del trámite solicitado (matricula o renovación) y se entiende firmado con la suscripción del formulario RUES.</w:t>
      </w:r>
    </w:p>
    <w:sectPr w:rsidR="00897BAC" w:rsidRPr="00B51086" w:rsidSect="002643C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326531">
    <w:abstractNumId w:val="8"/>
  </w:num>
  <w:num w:numId="2" w16cid:durableId="1285651793">
    <w:abstractNumId w:val="6"/>
  </w:num>
  <w:num w:numId="3" w16cid:durableId="1021710652">
    <w:abstractNumId w:val="5"/>
  </w:num>
  <w:num w:numId="4" w16cid:durableId="1678311669">
    <w:abstractNumId w:val="4"/>
  </w:num>
  <w:num w:numId="5" w16cid:durableId="2075421756">
    <w:abstractNumId w:val="7"/>
  </w:num>
  <w:num w:numId="6" w16cid:durableId="1502544637">
    <w:abstractNumId w:val="3"/>
  </w:num>
  <w:num w:numId="7" w16cid:durableId="760613186">
    <w:abstractNumId w:val="2"/>
  </w:num>
  <w:num w:numId="8" w16cid:durableId="1222206533">
    <w:abstractNumId w:val="1"/>
  </w:num>
  <w:num w:numId="9" w16cid:durableId="4935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3666"/>
    <w:rsid w:val="00034616"/>
    <w:rsid w:val="0006063C"/>
    <w:rsid w:val="0015074B"/>
    <w:rsid w:val="002643C2"/>
    <w:rsid w:val="0029639D"/>
    <w:rsid w:val="00326F90"/>
    <w:rsid w:val="00485E35"/>
    <w:rsid w:val="005B25B8"/>
    <w:rsid w:val="005B70BE"/>
    <w:rsid w:val="006F6743"/>
    <w:rsid w:val="00897BAC"/>
    <w:rsid w:val="00AA1D8D"/>
    <w:rsid w:val="00B47730"/>
    <w:rsid w:val="00B51086"/>
    <w:rsid w:val="00CB0664"/>
    <w:rsid w:val="00E42B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62609"/>
  <w14:defaultImageDpi w14:val="300"/>
  <w15:docId w15:val="{11ABD1D5-BBCD-403F-9B38-2F14234F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3C2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1FC3CB-DA37-44C8-9290-14A243408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Procesos Registro</cp:lastModifiedBy>
  <cp:revision>4</cp:revision>
  <dcterms:created xsi:type="dcterms:W3CDTF">2026-01-27T16:08:00Z</dcterms:created>
  <dcterms:modified xsi:type="dcterms:W3CDTF">2026-02-27T12:40:00Z</dcterms:modified>
  <cp:category/>
</cp:coreProperties>
</file>